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Бриф на разработку сайта</w:t>
      </w:r>
    </w:p>
    <w:p>
      <w:r>
        <w:t>Расскажите о компании, задачах и пожеланиях к будущему сайту. Ответы помогут определить состав работ, сроки и стоимость разработки.</w:t>
      </w:r>
    </w:p>
    <w:p>
      <w:r>
        <w:t>Заполнение займёт примерно 10–15 минут. Чем подробнее ответы, тем точнее оценка. Необязательные вопросы можно пропустить. Заполненный документ отправьте на email@it-profi.site или согласованным способом.</w:t>
      </w:r>
    </w:p>
    <w:p>
      <w:pPr>
        <w:pStyle w:val="Heading1"/>
      </w:pPr>
      <w:r>
        <w:t>1 Контактные данные</w:t>
      </w:r>
    </w:p>
    <w:p>
      <w:pPr>
        <w:spacing w:after="180"/>
      </w:pPr>
      <w:r>
        <w:t>Как к вам обращаться и куда отправить оценку проекта. Укажите телефон или email — достаточно одного из них.</w:t>
      </w:r>
    </w:p>
    <w:p>
      <w:pPr>
        <w:keepNext/>
      </w:pPr>
      <w:r>
        <w:rPr>
          <w:b/>
        </w:rPr>
        <w:t>Имя *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Компания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Телефон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Email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Telegram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Предпочтительный способ связи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Телефон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Email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Telegram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WhatsApp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Не принципиально</w:t>
      </w:r>
    </w:p>
    <w:p>
      <w:r>
        <w:br w:type="page"/>
      </w:r>
    </w:p>
    <w:p>
      <w:pPr>
        <w:pStyle w:val="Heading1"/>
      </w:pPr>
      <w:r>
        <w:t>2 О компании</w:t>
      </w:r>
    </w:p>
    <w:p>
      <w:pPr>
        <w:spacing w:after="180"/>
      </w:pPr>
      <w:r>
        <w:t>Расскажите о бизнесе простыми словами. Если проект только запускается, опишите идею.</w:t>
      </w:r>
    </w:p>
    <w:p>
      <w:pPr>
        <w:keepNext/>
      </w:pPr>
      <w:r>
        <w:rPr>
          <w:b/>
        </w:rPr>
        <w:t>Название компании / проекта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Чем занимается компания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Основные товары / услуги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География работы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Основные преимущества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Ссылка на текущий сайт, если есть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r>
        <w:br w:type="page"/>
      </w:r>
    </w:p>
    <w:p>
      <w:pPr>
        <w:pStyle w:val="Heading1"/>
      </w:pPr>
      <w:r>
        <w:t>3 Задача сайта</w:t>
      </w:r>
    </w:p>
    <w:p>
      <w:pPr>
        <w:spacing w:after="180"/>
      </w:pPr>
      <w:r>
        <w:t>Например: получать заявки на услуги, продавать товары или представить компанию партнёрам.</w:t>
      </w:r>
    </w:p>
    <w:p>
      <w:pPr>
        <w:keepNext/>
      </w:pPr>
      <w:r>
        <w:rPr>
          <w:b/>
        </w:rPr>
        <w:t>Тип сайта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Одностраничный сайт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Корпоративный сайт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Дизайнерский сайт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Интернет-магазин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Другое</w:t>
      </w:r>
    </w:p>
    <w:p>
      <w:pPr>
        <w:keepNext/>
      </w:pPr>
      <w:r>
        <w:rPr>
          <w:b/>
        </w:rPr>
        <w:t>Главная цель сайта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Какие задачи должен решать сайт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Что должен делать пользователь на сайте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Основные действия пользователя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r>
        <w:br w:type="page"/>
      </w:r>
    </w:p>
    <w:p>
      <w:pPr>
        <w:pStyle w:val="Heading1"/>
      </w:pPr>
      <w:r>
        <w:t>4 Аудитория и конкуренты</w:t>
      </w:r>
    </w:p>
    <w:p>
      <w:pPr>
        <w:spacing w:after="180"/>
      </w:pPr>
      <w:r>
        <w:t>Достаточно 2–5 конкурентов и нескольких примеров сайтов. Ссылки можно вставить по одной на строке.</w:t>
      </w:r>
    </w:p>
    <w:p>
      <w:pPr>
        <w:keepNext/>
      </w:pPr>
      <w:r>
        <w:rPr>
          <w:b/>
        </w:rPr>
        <w:t>Кто ваша целевая аудитория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Кто ваш типичный клиент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Ссылки на 2–5 конкурентов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Что нравится у конкурентов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Что не нравится у конкурентов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Примеры сайтов, которые нравятся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Что именно нравится в этих сайтах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r>
        <w:br w:type="page"/>
      </w:r>
    </w:p>
    <w:p>
      <w:pPr>
        <w:pStyle w:val="Heading1"/>
      </w:pPr>
      <w:r>
        <w:t>5 Структура и контент</w:t>
      </w:r>
    </w:p>
    <w:p>
      <w:pPr>
        <w:spacing w:after="180"/>
      </w:pPr>
      <w:r>
        <w:t>Укажите желаемые разделы. Материалы можно подготовить позже. Не прикладывайте пароли, документы личности или платёжные данные.</w:t>
      </w:r>
    </w:p>
    <w:p>
      <w:pPr>
        <w:keepNext/>
      </w:pPr>
      <w:r>
        <w:rPr>
          <w:b/>
        </w:rPr>
        <w:t>Какие страницы нужны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Есть ли готовые тексты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Частично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Нет</w:t>
      </w:r>
    </w:p>
    <w:p>
      <w:pPr>
        <w:keepNext/>
      </w:pPr>
      <w:r>
        <w:rPr>
          <w:b/>
        </w:rPr>
        <w:t>Есть ли фотографии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Частично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Нет</w:t>
      </w:r>
    </w:p>
    <w:p>
      <w:pPr>
        <w:keepNext/>
      </w:pPr>
      <w:r>
        <w:rPr>
          <w:b/>
        </w:rPr>
        <w:t>Есть ли логотип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Нет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Нужна разработка</w:t>
      </w:r>
    </w:p>
    <w:p>
      <w:pPr>
        <w:keepNext/>
      </w:pPr>
      <w:r>
        <w:rPr>
          <w:b/>
        </w:rPr>
        <w:t>Есть ли фирменный стиль / брендбук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Частично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Нет</w:t>
      </w:r>
    </w:p>
    <w:p>
      <w:pPr>
        <w:keepNext/>
      </w:pPr>
      <w:r>
        <w:rPr>
          <w:b/>
        </w:rPr>
        <w:t>Нужно ли писать тексты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Нет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Нужна консультация</w:t>
      </w:r>
    </w:p>
    <w:p>
      <w:pPr>
        <w:keepNext/>
      </w:pPr>
      <w:r>
        <w:rPr>
          <w:b/>
        </w:rPr>
        <w:t>Нужно ли подбирать / создавать изображения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Нет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Нужна консультация</w:t>
      </w:r>
    </w:p>
    <w:p>
      <w:pPr>
        <w:keepNext/>
      </w:pPr>
      <w:r>
        <w:rPr>
          <w:b/>
        </w:rPr>
        <w:t>Логотип, брендбук, тексты, техническое задание и другие материалы</w:t>
      </w:r>
    </w:p>
    <w:p>
      <w:r>
        <w:t>Приложите материалы к письму или перечислите файлы ниже. Форматы: PDF, DOCX, TXT, JPG, PNG, WebP. Не отправляйте пароли, документы личности или платёжные данные. В онлайн-форме: до 5 файлов, не более 2 МБ каждый.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r>
        <w:br w:type="page"/>
      </w:r>
    </w:p>
    <w:p>
      <w:pPr>
        <w:pStyle w:val="Heading1"/>
      </w:pPr>
      <w:r>
        <w:t>6 Дизайн</w:t>
      </w:r>
    </w:p>
    <w:p>
      <w:pPr>
        <w:spacing w:after="180"/>
      </w:pPr>
      <w:r>
        <w:t>Опишите ощущение, которое должен создавать сайт. Если пока нет предпочтений, этот шаг можно пропустить.</w:t>
      </w:r>
    </w:p>
    <w:p>
      <w:pPr>
        <w:keepNext/>
      </w:pPr>
      <w:r>
        <w:rPr>
          <w:b/>
        </w:rPr>
        <w:t>Предпочитаемая стилистика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Предпочитаемые цвета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Нежелательные цвета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Характер дизайна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Минималистичный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Строгий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Технологичный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Премиальный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Яркий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Другое</w:t>
      </w:r>
    </w:p>
    <w:p>
      <w:pPr>
        <w:keepNext/>
      </w:pPr>
      <w:r>
        <w:rPr>
          <w:b/>
        </w:rPr>
        <w:t>Нужны ли анимации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Нет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Умеренные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Нужна консультация</w:t>
      </w:r>
    </w:p>
    <w:p>
      <w:pPr>
        <w:keepNext/>
      </w:pPr>
      <w:r>
        <w:rPr>
          <w:b/>
        </w:rPr>
        <w:t>Дополнительные пожелания к дизайну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r>
        <w:br w:type="page"/>
      </w:r>
    </w:p>
    <w:p>
      <w:pPr>
        <w:pStyle w:val="Heading1"/>
      </w:pPr>
      <w:r>
        <w:t>7 Функциональность</w:t>
      </w:r>
    </w:p>
    <w:p>
      <w:pPr>
        <w:spacing w:after="180"/>
      </w:pPr>
      <w:r>
        <w:t>Отметьте нужные возможности. Для интеграций укажите название сервиса и что именно должно передаваться.</w:t>
      </w:r>
    </w:p>
    <w:p>
      <w:pPr>
        <w:keepNext/>
      </w:pPr>
      <w:r>
        <w:rPr>
          <w:b/>
        </w:rPr>
        <w:t>Необходимые функции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Формы обратной связи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Калькулятор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Каталог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WooCommerce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Интернет-эквайринг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Личный кабинет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Онлайн-запись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CRM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Telegram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WhatsApp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Email-уведомления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Карты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Отзывы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Портфолио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Блог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Поиск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Фильтры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Мультиязычность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Интеграция с 1С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Интеграции с внешними API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Другое</w:t>
      </w:r>
    </w:p>
    <w:p>
      <w:pPr>
        <w:keepNext/>
      </w:pPr>
      <w:r>
        <w:rPr>
          <w:b/>
        </w:rPr>
        <w:t>Опишите необходимую функциональность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r>
        <w:br w:type="page"/>
      </w:r>
    </w:p>
    <w:p>
      <w:pPr>
        <w:pStyle w:val="Heading1"/>
      </w:pPr>
      <w:r>
        <w:t>8 SEO техническая часть и бюджет</w:t>
      </w:r>
    </w:p>
    <w:p>
      <w:pPr>
        <w:spacing w:after="180"/>
      </w:pPr>
      <w:r>
        <w:t>Выберите подходящие варианты. Бюджет и срок помогут предложить реалистичный объём работ.</w:t>
      </w:r>
    </w:p>
    <w:p>
      <w:pPr>
        <w:keepNext/>
      </w:pPr>
      <w:r>
        <w:rPr>
          <w:b/>
        </w:rPr>
        <w:t>SEO и аналитика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Нужно базовое SEO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Нужно полноценное SEO-продвижение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Нужен блог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Нужна Яндекс Метрика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Нужна Google Analytics</w:t>
      </w:r>
    </w:p>
    <w:p>
      <w:pPr>
        <w:keepNext/>
      </w:pPr>
      <w:r>
        <w:rPr>
          <w:b/>
        </w:rPr>
        <w:t>Техническая часть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Есть домен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Есть хостинг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Нужен домен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Нужен хостинг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Нужен перенос существующего сайта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Нужна корпоративная почта</w:t>
      </w:r>
    </w:p>
    <w:p>
      <w:pPr>
        <w:keepNext/>
      </w:pPr>
      <w:r>
        <w:rPr>
          <w:b/>
        </w:rPr>
        <w:t>Бюджет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До 50 000 ₽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50 000–100 000 ₽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100 000–150 000 ₽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150 000–250 000 ₽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Более 250 000 ₽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Пока не определён</w:t>
      </w:r>
    </w:p>
    <w:p>
      <w:pPr>
        <w:keepNext/>
      </w:pPr>
      <w:r>
        <w:rPr>
          <w:b/>
        </w:rPr>
        <w:t>Желаемая дата запуска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keepNext/>
      </w:pPr>
      <w:r>
        <w:rPr>
          <w:b/>
        </w:rPr>
        <w:t>Насколько срок критичен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Есть фиксированная дата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Срок желателен, но можно обсудить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Срок гибкий</w:t>
      </w:r>
    </w:p>
    <w:p>
      <w:pPr>
        <w:keepNext/>
      </w:pPr>
      <w:r>
        <w:rPr>
          <w:b/>
        </w:rPr>
        <w:t>Комментарии к сроку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r>
        <w:br w:type="page"/>
      </w:r>
    </w:p>
    <w:p>
      <w:pPr>
        <w:pStyle w:val="Heading1"/>
      </w:pPr>
      <w:r>
        <w:t>9 Поддержка</w:t>
      </w:r>
    </w:p>
    <w:p>
      <w:pPr>
        <w:spacing w:after="180"/>
      </w:pPr>
      <w:r>
        <w:t>Поддержку можно заказать позже — выбирать пакет сейчас необязательно.</w:t>
      </w:r>
    </w:p>
    <w:p>
      <w:pPr>
        <w:keepNext/>
      </w:pPr>
      <w:r>
        <w:rPr>
          <w:b/>
        </w:rPr>
        <w:t>Нужна ли техническая поддержка после запуска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Нет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Разовая поддержка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Basic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Business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Pro</w:t>
      </w:r>
      <w:r>
        <w:tab/>
      </w:r>
      <w:r>
        <w:rPr>
          <w:rFonts w:ascii="Segoe UI Symbol" w:hAnsi="Segoe UI Symbol"/>
          <w:sz w:val="24"/>
        </w:rPr>
        <w:t>☐</w:t>
      </w:r>
      <w:r>
        <w:t xml:space="preserve"> Пока не знаю</w:t>
      </w:r>
    </w:p>
    <w:p>
      <w:pPr>
        <w:pStyle w:val="Heading1"/>
      </w:pPr>
      <w:r>
        <w:t>10 Финальная информация</w:t>
      </w:r>
    </w:p>
    <w:p>
      <w:pPr>
        <w:spacing w:after="180"/>
      </w:pPr>
      <w:r>
        <w:t>Добавьте важные детали, которые не вошли в предыдущие разделы. После отправки я изучу ответы и свяжусь с вами.</w:t>
      </w:r>
    </w:p>
    <w:p>
      <w:pPr>
        <w:keepNext/>
      </w:pPr>
      <w:r>
        <w:rPr>
          <w:b/>
        </w:rPr>
        <w:t>Дополнительная информация, пожелания или вопросы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spacing w:after="80" w:line="300" w:lineRule="exact"/>
        <w:pBdr>
          <w:bottom w:val="single" w:sz="3" w:space="1" w:color="D9D9D9"/>
        </w:pBdr>
      </w:pPr>
      <w:r>
        <w:t xml:space="preserve"> </w:t>
      </w:r>
    </w:p>
    <w:p>
      <w:pPr>
        <w:tabs>
          <w:tab w:pos="4824" w:val="left"/>
        </w:tabs>
        <w:spacing w:after="120"/>
      </w:pPr>
      <w:r>
        <w:rPr>
          <w:rFonts w:ascii="Segoe UI Symbol" w:hAnsi="Segoe UI Symbol"/>
          <w:sz w:val="24"/>
        </w:rPr>
        <w:t>☐</w:t>
      </w:r>
      <w:r>
        <w:t xml:space="preserve"> Я согласен с политикой обработки персональных данных</w:t>
      </w:r>
    </w:p>
    <w:p>
      <w:r>
        <w:t>Политика: https://it-profi.site/privacy-policy/</w:t>
      </w:r>
    </w:p>
    <w:p>
      <w:r>
        <w:t>Дата: ____________________    Имя: ______________________________</w:t>
      </w:r>
    </w:p>
    <w:sectPr w:rsidR="00FC693F" w:rsidRPr="0006063C" w:rsidSect="00034616">
      <w:footerReference w:type="default" r:id="rId9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8646B"/>
        <w:sz w:val="18"/>
      </w:rPr>
      <w:t xml:space="preserve">IT-profi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разработку сайта</dc:title>
  <dc:subject>Анкета для оценки и планирования разработки сайта</dc:subject>
  <dc:creator>IT-profi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